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0"/>
        </w:rPr>
        <w:t>Les phrases complexes</w:t>
      </w:r>
    </w:p>
    <w:p/>
    <w:p>
      <w:r>
        <w:t>1 - Transforme les 2 phrases simples en 1 seule phrase complexe en juxtaposant les propositions.</w:t>
        <w:br/>
        <w:br/>
        <w:t>a) Il fait chaud . Nous pouvons aller sur la terrasse .</w:t>
        <w:br/>
        <w:t>b) La victoire est proche . Il reste quelques secondes .</w:t>
        <w:br/>
        <w:t>c) Je vois un arc-en-ciel . Il est magnifique .</w:t>
        <w:br/>
        <w:t>d) Elle admire le cygne . Il glisse sur l’eau .</w:t>
        <w:br/>
        <w:br/>
        <w:t>2 - Transforme les 2 phrases simples en 1 seule phrase complexe en coordonnant les propositions.</w:t>
        <w:br/>
        <w:br/>
        <w:t>a) Tu viens avec moi . Tu préfères rester à la maison .</w:t>
        <w:br/>
        <w:t>b) Nelson emprunte mon compas . Nelson a perdu son compas .</w:t>
        <w:br/>
        <w:t>c) Noah ferme son livre . Noah va ranger son livre .</w:t>
        <w:br/>
        <w:t>d) Agathe ouvre son cahier . Agathe écrit la date .</w:t>
        <w:br/>
        <w:t>e) Ma voiture est en panne . Je prends le bus .</w:t>
        <w:br/>
        <w:br/>
        <w:t>3 - Transforme les phrases simples en 1 seule phrase complexe.</w:t>
        <w:br/>
        <w:br/>
        <w:t>a) Soline prend ses affaires. Soline rentre chez elle. Soline regarde sa série préférée.</w:t>
        <w:br/>
        <w:t>b) Ewenn récupère le ballon. Ewenn dribble un adversaire. Ewenn marque un but.</w:t>
        <w:br/>
        <w:t>c) Adan achète des fruits. Adan pèse les fruits. Adan met les fruits dans son sac.</w:t>
      </w:r>
    </w:p>
    <w:p>
      <w:r>
        <w:br/>
        <w:br/>
        <w:t>Nom : ______________________     Prénom : ______________________     Date : ___________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